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5B3" w:rsidRPr="00CF134B" w:rsidRDefault="007B1796">
      <w:pPr>
        <w:spacing w:after="40"/>
        <w:jc w:val="center"/>
        <w:rPr>
          <w:sz w:val="32"/>
          <w:szCs w:val="32"/>
          <w:lang w:eastAsia="zh-TW"/>
        </w:rPr>
      </w:pPr>
      <w:r w:rsidRPr="00CF134B">
        <w:rPr>
          <w:b/>
          <w:sz w:val="32"/>
          <w:szCs w:val="32"/>
          <w:lang w:eastAsia="zh-TW"/>
        </w:rPr>
        <w:t>國際獅子會 300C</w:t>
      </w:r>
      <w:r w:rsidR="00CF3EFA" w:rsidRPr="00CF134B">
        <w:rPr>
          <w:rFonts w:hint="eastAsia"/>
          <w:b/>
          <w:sz w:val="32"/>
          <w:szCs w:val="32"/>
          <w:lang w:eastAsia="zh-TW"/>
        </w:rPr>
        <w:t>-</w:t>
      </w:r>
      <w:r w:rsidRPr="00CF134B">
        <w:rPr>
          <w:b/>
          <w:sz w:val="32"/>
          <w:szCs w:val="32"/>
          <w:lang w:eastAsia="zh-TW"/>
        </w:rPr>
        <w:t>3 區</w:t>
      </w:r>
    </w:p>
    <w:p w:rsidR="00F945B3" w:rsidRDefault="007B1796">
      <w:pPr>
        <w:spacing w:after="140"/>
        <w:jc w:val="center"/>
        <w:rPr>
          <w:lang w:eastAsia="zh-TW"/>
        </w:rPr>
      </w:pPr>
      <w:r w:rsidRPr="00CF134B">
        <w:rPr>
          <w:b/>
          <w:sz w:val="32"/>
          <w:szCs w:val="32"/>
          <w:lang w:eastAsia="zh-TW"/>
        </w:rPr>
        <w:t>2026</w:t>
      </w:r>
      <w:proofErr w:type="gramStart"/>
      <w:r w:rsidRPr="00CF134B">
        <w:rPr>
          <w:b/>
          <w:sz w:val="32"/>
          <w:szCs w:val="32"/>
          <w:lang w:eastAsia="zh-TW"/>
        </w:rPr>
        <w:t>–</w:t>
      </w:r>
      <w:proofErr w:type="gramEnd"/>
      <w:r w:rsidRPr="00CF134B">
        <w:rPr>
          <w:b/>
          <w:sz w:val="32"/>
          <w:szCs w:val="32"/>
          <w:lang w:eastAsia="zh-TW"/>
        </w:rPr>
        <w:t>2027 年度講師團責任講師暨行政助理講師分會配置表</w:t>
      </w:r>
    </w:p>
    <w:tbl>
      <w:tblPr>
        <w:tblStyle w:val="aff2"/>
        <w:tblW w:w="11181" w:type="dxa"/>
        <w:jc w:val="center"/>
        <w:tblInd w:w="181" w:type="dxa"/>
        <w:tblLayout w:type="fixed"/>
        <w:tblLook w:val="04A0" w:firstRow="1" w:lastRow="0" w:firstColumn="1" w:lastColumn="0" w:noHBand="0" w:noVBand="1"/>
      </w:tblPr>
      <w:tblGrid>
        <w:gridCol w:w="659"/>
        <w:gridCol w:w="1417"/>
        <w:gridCol w:w="4942"/>
        <w:gridCol w:w="2055"/>
        <w:gridCol w:w="2108"/>
      </w:tblGrid>
      <w:tr w:rsidR="00F945B3" w:rsidTr="00E64A68">
        <w:trPr>
          <w:trHeight w:val="520"/>
          <w:jc w:val="center"/>
        </w:trPr>
        <w:tc>
          <w:tcPr>
            <w:tcW w:w="659" w:type="dxa"/>
            <w:shd w:val="clear" w:color="auto" w:fill="24577A"/>
            <w:vAlign w:val="center"/>
          </w:tcPr>
          <w:p w:rsidR="00F945B3" w:rsidRDefault="007B179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編</w:t>
            </w:r>
            <w:bookmarkStart w:id="0" w:name="_GoBack"/>
            <w:bookmarkEnd w:id="0"/>
            <w:r>
              <w:rPr>
                <w:b/>
                <w:color w:val="FFFFFF"/>
                <w:sz w:val="18"/>
              </w:rPr>
              <w:t>號</w:t>
            </w:r>
            <w:proofErr w:type="spellEnd"/>
          </w:p>
        </w:tc>
        <w:tc>
          <w:tcPr>
            <w:tcW w:w="1417" w:type="dxa"/>
            <w:shd w:val="clear" w:color="auto" w:fill="24577A"/>
            <w:vAlign w:val="center"/>
          </w:tcPr>
          <w:p w:rsidR="00F945B3" w:rsidRDefault="007B1796">
            <w:pPr>
              <w:jc w:val="center"/>
            </w:pPr>
            <w:r>
              <w:rPr>
                <w:b/>
                <w:color w:val="FFFFFF"/>
                <w:sz w:val="18"/>
              </w:rPr>
              <w:t>責任講師</w:t>
            </w:r>
          </w:p>
        </w:tc>
        <w:tc>
          <w:tcPr>
            <w:tcW w:w="4942" w:type="dxa"/>
            <w:shd w:val="clear" w:color="auto" w:fill="24577A"/>
            <w:vAlign w:val="center"/>
          </w:tcPr>
          <w:p w:rsidR="00F945B3" w:rsidRDefault="007B1796">
            <w:pPr>
              <w:jc w:val="center"/>
              <w:rPr>
                <w:lang w:eastAsia="zh-TW"/>
              </w:rPr>
            </w:pPr>
            <w:r>
              <w:rPr>
                <w:b/>
                <w:color w:val="FFFFFF"/>
                <w:sz w:val="18"/>
                <w:lang w:eastAsia="zh-TW"/>
              </w:rPr>
              <w:t>首次責任分會／第二次與第三次可指定或由區部分配</w:t>
            </w:r>
          </w:p>
        </w:tc>
        <w:tc>
          <w:tcPr>
            <w:tcW w:w="2055" w:type="dxa"/>
            <w:shd w:val="clear" w:color="auto" w:fill="24577A"/>
            <w:vAlign w:val="center"/>
          </w:tcPr>
          <w:p w:rsidR="00F945B3" w:rsidRDefault="007B1796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分會數</w:t>
            </w:r>
            <w:proofErr w:type="spellEnd"/>
          </w:p>
        </w:tc>
        <w:tc>
          <w:tcPr>
            <w:tcW w:w="2108" w:type="dxa"/>
            <w:shd w:val="clear" w:color="auto" w:fill="24577A"/>
            <w:vAlign w:val="center"/>
          </w:tcPr>
          <w:p w:rsidR="00F945B3" w:rsidRDefault="007B1796">
            <w:pPr>
              <w:jc w:val="center"/>
            </w:pPr>
            <w:r>
              <w:rPr>
                <w:b/>
                <w:color w:val="FFFFFF"/>
                <w:sz w:val="18"/>
              </w:rPr>
              <w:t>行政助理講師</w:t>
            </w: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shd w:val="clear" w:color="auto" w:fill="EAF2F8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黃嬌鑾</w:t>
            </w:r>
          </w:p>
        </w:tc>
        <w:tc>
          <w:tcPr>
            <w:tcW w:w="4942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立人、仁美、青山、大方</w:t>
            </w:r>
          </w:p>
        </w:tc>
        <w:tc>
          <w:tcPr>
            <w:tcW w:w="2055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4</w:t>
            </w:r>
          </w:p>
        </w:tc>
        <w:tc>
          <w:tcPr>
            <w:tcW w:w="2108" w:type="dxa"/>
            <w:vMerge w:val="restart"/>
            <w:shd w:val="clear" w:color="auto" w:fill="FFF2CC"/>
            <w:vAlign w:val="center"/>
          </w:tcPr>
          <w:p w:rsidR="00F945B3" w:rsidRPr="00E64A68" w:rsidRDefault="00F97CA5">
            <w:pPr>
              <w:spacing w:after="60"/>
              <w:jc w:val="center"/>
              <w:rPr>
                <w:sz w:val="24"/>
                <w:szCs w:val="24"/>
                <w:lang w:eastAsia="zh-TW"/>
              </w:rPr>
            </w:pPr>
            <w:r w:rsidRPr="00E64A68">
              <w:rPr>
                <w:b/>
                <w:sz w:val="24"/>
                <w:szCs w:val="24"/>
                <w:lang w:eastAsia="zh-TW"/>
              </w:rPr>
              <w:t>行政</w:t>
            </w:r>
            <w:r w:rsidRPr="00E64A68">
              <w:rPr>
                <w:rFonts w:hint="eastAsia"/>
                <w:b/>
                <w:sz w:val="24"/>
                <w:szCs w:val="24"/>
                <w:lang w:eastAsia="zh-TW"/>
              </w:rPr>
              <w:t>講</w:t>
            </w:r>
            <w:r w:rsidR="007B1796" w:rsidRPr="00E64A68">
              <w:rPr>
                <w:b/>
                <w:sz w:val="24"/>
                <w:szCs w:val="24"/>
                <w:lang w:eastAsia="zh-TW"/>
              </w:rPr>
              <w:t>師</w:t>
            </w:r>
            <w:r w:rsidR="007B1796" w:rsidRPr="00E64A68">
              <w:rPr>
                <w:b/>
                <w:sz w:val="24"/>
                <w:szCs w:val="24"/>
                <w:lang w:eastAsia="zh-TW"/>
              </w:rPr>
              <w:br/>
            </w:r>
            <w:proofErr w:type="gramStart"/>
            <w:r w:rsidR="00CF3EFA" w:rsidRPr="00E64A68">
              <w:rPr>
                <w:b/>
                <w:sz w:val="24"/>
                <w:szCs w:val="24"/>
                <w:lang w:eastAsia="zh-TW"/>
              </w:rPr>
              <w:t>賴聖</w:t>
            </w:r>
            <w:r w:rsidR="00CF3EFA" w:rsidRPr="00E64A68">
              <w:rPr>
                <w:rFonts w:hint="eastAsia"/>
                <w:b/>
                <w:sz w:val="24"/>
                <w:szCs w:val="24"/>
                <w:lang w:eastAsia="zh-TW"/>
              </w:rPr>
              <w:t>亞</w:t>
            </w:r>
            <w:proofErr w:type="gramEnd"/>
            <w:r w:rsidR="007B1796" w:rsidRPr="00E64A68">
              <w:rPr>
                <w:b/>
                <w:sz w:val="24"/>
                <w:szCs w:val="24"/>
                <w:lang w:eastAsia="zh-TW"/>
              </w:rPr>
              <w:br/>
            </w:r>
            <w:r w:rsidR="007B1796" w:rsidRPr="00E64A68">
              <w:rPr>
                <w:b/>
                <w:sz w:val="24"/>
                <w:szCs w:val="24"/>
                <w:lang w:eastAsia="zh-TW"/>
              </w:rPr>
              <w:br/>
              <w:t>機動協作</w:t>
            </w:r>
            <w:r w:rsidR="007B1796" w:rsidRPr="00E64A68">
              <w:rPr>
                <w:b/>
                <w:sz w:val="24"/>
                <w:szCs w:val="24"/>
                <w:lang w:eastAsia="zh-TW"/>
              </w:rPr>
              <w:br/>
              <w:t>引言支援</w:t>
            </w: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葉浴堅</w:t>
            </w:r>
          </w:p>
        </w:tc>
        <w:tc>
          <w:tcPr>
            <w:tcW w:w="4942" w:type="dxa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中山、東山、廣煜</w:t>
            </w:r>
          </w:p>
        </w:tc>
        <w:tc>
          <w:tcPr>
            <w:tcW w:w="2055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shd w:val="clear" w:color="auto" w:fill="EAF2F8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417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鄭秀竹</w:t>
            </w:r>
          </w:p>
        </w:tc>
        <w:tc>
          <w:tcPr>
            <w:tcW w:w="4942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同心、國光、全國</w:t>
            </w:r>
          </w:p>
        </w:tc>
        <w:tc>
          <w:tcPr>
            <w:tcW w:w="2055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shd w:val="clear" w:color="auto" w:fill="EAF2F8"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劉明俊</w:t>
            </w:r>
          </w:p>
        </w:tc>
        <w:tc>
          <w:tcPr>
            <w:tcW w:w="4942" w:type="dxa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省都、忠義、文華</w:t>
            </w:r>
          </w:p>
        </w:tc>
        <w:tc>
          <w:tcPr>
            <w:tcW w:w="2055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shd w:val="clear" w:color="auto" w:fill="EAF2F8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417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陳月芬</w:t>
            </w:r>
          </w:p>
        </w:tc>
        <w:tc>
          <w:tcPr>
            <w:tcW w:w="4942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玉山、民權、東區</w:t>
            </w:r>
          </w:p>
        </w:tc>
        <w:tc>
          <w:tcPr>
            <w:tcW w:w="2055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shd w:val="clear" w:color="auto" w:fill="EAF2F8"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賴尚文</w:t>
            </w:r>
          </w:p>
        </w:tc>
        <w:tc>
          <w:tcPr>
            <w:tcW w:w="4942" w:type="dxa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恆大、幸福、榮華</w:t>
            </w:r>
          </w:p>
        </w:tc>
        <w:tc>
          <w:tcPr>
            <w:tcW w:w="2055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shd w:val="clear" w:color="auto" w:fill="EAF2F8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417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林園策</w:t>
            </w:r>
          </w:p>
        </w:tc>
        <w:tc>
          <w:tcPr>
            <w:tcW w:w="4942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南區、崇倫、祥和</w:t>
            </w:r>
          </w:p>
        </w:tc>
        <w:tc>
          <w:tcPr>
            <w:tcW w:w="2055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 w:val="restart"/>
            <w:shd w:val="clear" w:color="auto" w:fill="FFF2CC"/>
            <w:vAlign w:val="center"/>
          </w:tcPr>
          <w:p w:rsidR="00F945B3" w:rsidRPr="00E64A68" w:rsidRDefault="00F97CA5">
            <w:pPr>
              <w:spacing w:after="60"/>
              <w:jc w:val="center"/>
              <w:rPr>
                <w:sz w:val="24"/>
                <w:szCs w:val="24"/>
                <w:lang w:eastAsia="zh-TW"/>
              </w:rPr>
            </w:pPr>
            <w:r w:rsidRPr="00E64A68">
              <w:rPr>
                <w:b/>
                <w:sz w:val="24"/>
                <w:szCs w:val="24"/>
                <w:lang w:eastAsia="zh-TW"/>
              </w:rPr>
              <w:t>行政</w:t>
            </w:r>
            <w:r w:rsidR="007B1796" w:rsidRPr="00E64A68">
              <w:rPr>
                <w:b/>
                <w:sz w:val="24"/>
                <w:szCs w:val="24"/>
                <w:lang w:eastAsia="zh-TW"/>
              </w:rPr>
              <w:t>講師</w:t>
            </w:r>
            <w:r w:rsidR="007B1796" w:rsidRPr="00E64A68">
              <w:rPr>
                <w:b/>
                <w:sz w:val="24"/>
                <w:szCs w:val="24"/>
                <w:lang w:eastAsia="zh-TW"/>
              </w:rPr>
              <w:br/>
              <w:t>張明達</w:t>
            </w:r>
            <w:r w:rsidR="007B1796" w:rsidRPr="00E64A68">
              <w:rPr>
                <w:b/>
                <w:sz w:val="24"/>
                <w:szCs w:val="24"/>
                <w:lang w:eastAsia="zh-TW"/>
              </w:rPr>
              <w:br/>
            </w:r>
            <w:r w:rsidR="007B1796" w:rsidRPr="00E64A68">
              <w:rPr>
                <w:b/>
                <w:sz w:val="24"/>
                <w:szCs w:val="24"/>
                <w:lang w:eastAsia="zh-TW"/>
              </w:rPr>
              <w:br/>
              <w:t>機動協作</w:t>
            </w:r>
            <w:r w:rsidR="007B1796" w:rsidRPr="00E64A68">
              <w:rPr>
                <w:b/>
                <w:sz w:val="24"/>
                <w:szCs w:val="24"/>
                <w:lang w:eastAsia="zh-TW"/>
              </w:rPr>
              <w:br/>
              <w:t>引言支援</w:t>
            </w: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417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楊淑慧</w:t>
            </w:r>
          </w:p>
        </w:tc>
        <w:tc>
          <w:tcPr>
            <w:tcW w:w="4942" w:type="dxa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大和、快樂、民泰</w:t>
            </w:r>
          </w:p>
        </w:tc>
        <w:tc>
          <w:tcPr>
            <w:tcW w:w="2055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shd w:val="clear" w:color="auto" w:fill="EAF2F8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417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陳怡伶</w:t>
            </w:r>
          </w:p>
        </w:tc>
        <w:tc>
          <w:tcPr>
            <w:tcW w:w="4942" w:type="dxa"/>
            <w:shd w:val="clear" w:color="auto" w:fill="EAF2F8"/>
            <w:vAlign w:val="center"/>
          </w:tcPr>
          <w:p w:rsidR="00F945B3" w:rsidRPr="00CF134B" w:rsidRDefault="004B70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廣福、</w:t>
            </w:r>
            <w:proofErr w:type="gramStart"/>
            <w:r w:rsidRPr="00CF134B">
              <w:rPr>
                <w:rFonts w:hint="eastAsia"/>
                <w:sz w:val="28"/>
                <w:szCs w:val="28"/>
                <w:lang w:eastAsia="zh-TW"/>
              </w:rPr>
              <w:t>立</w:t>
            </w:r>
            <w:r w:rsidR="007B1796" w:rsidRPr="00CF134B">
              <w:rPr>
                <w:sz w:val="28"/>
                <w:szCs w:val="28"/>
              </w:rPr>
              <w:t>泰</w:t>
            </w:r>
            <w:proofErr w:type="gramEnd"/>
            <w:r w:rsidR="007B1796" w:rsidRPr="00CF134B">
              <w:rPr>
                <w:sz w:val="28"/>
                <w:szCs w:val="28"/>
              </w:rPr>
              <w:t>、西北</w:t>
            </w:r>
          </w:p>
        </w:tc>
        <w:tc>
          <w:tcPr>
            <w:tcW w:w="2055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shd w:val="clear" w:color="auto" w:fill="EAF2F8"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吳紫端</w:t>
            </w:r>
          </w:p>
        </w:tc>
        <w:tc>
          <w:tcPr>
            <w:tcW w:w="4942" w:type="dxa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北台中、西南、城中</w:t>
            </w:r>
          </w:p>
        </w:tc>
        <w:tc>
          <w:tcPr>
            <w:tcW w:w="2055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shd w:val="clear" w:color="auto" w:fill="EAF2F8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1417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陳淑暖</w:t>
            </w:r>
          </w:p>
        </w:tc>
        <w:tc>
          <w:tcPr>
            <w:tcW w:w="4942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  <w:lang w:eastAsia="zh-TW"/>
              </w:rPr>
            </w:pPr>
            <w:r w:rsidRPr="00CF134B">
              <w:rPr>
                <w:sz w:val="28"/>
                <w:szCs w:val="28"/>
                <w:lang w:eastAsia="zh-TW"/>
              </w:rPr>
              <w:t>南海義工、梅花立群、文教</w:t>
            </w:r>
          </w:p>
        </w:tc>
        <w:tc>
          <w:tcPr>
            <w:tcW w:w="2055" w:type="dxa"/>
            <w:shd w:val="clear" w:color="auto" w:fill="EAF2F8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shd w:val="clear" w:color="auto" w:fill="EAF2F8"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720"/>
          <w:jc w:val="center"/>
        </w:trPr>
        <w:tc>
          <w:tcPr>
            <w:tcW w:w="659" w:type="dxa"/>
            <w:vAlign w:val="center"/>
          </w:tcPr>
          <w:p w:rsidR="00F945B3" w:rsidRDefault="007B1796">
            <w:pPr>
              <w:spacing w:before="20" w:after="20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1417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張志吉</w:t>
            </w:r>
          </w:p>
        </w:tc>
        <w:tc>
          <w:tcPr>
            <w:tcW w:w="4942" w:type="dxa"/>
            <w:vAlign w:val="center"/>
          </w:tcPr>
          <w:p w:rsidR="00F945B3" w:rsidRPr="00CF134B" w:rsidRDefault="007B1796">
            <w:pPr>
              <w:spacing w:before="20" w:after="20"/>
              <w:rPr>
                <w:sz w:val="28"/>
                <w:szCs w:val="28"/>
                <w:lang w:eastAsia="zh-TW"/>
              </w:rPr>
            </w:pPr>
            <w:r w:rsidRPr="00CF134B">
              <w:rPr>
                <w:sz w:val="28"/>
                <w:szCs w:val="28"/>
                <w:lang w:eastAsia="zh-TW"/>
              </w:rPr>
              <w:t>群英、力</w:t>
            </w:r>
            <w:proofErr w:type="gramStart"/>
            <w:r w:rsidRPr="00CF134B">
              <w:rPr>
                <w:sz w:val="28"/>
                <w:szCs w:val="28"/>
                <w:lang w:eastAsia="zh-TW"/>
              </w:rPr>
              <w:t>匯</w:t>
            </w:r>
            <w:proofErr w:type="gramEnd"/>
            <w:r w:rsidRPr="00CF134B">
              <w:rPr>
                <w:sz w:val="28"/>
                <w:szCs w:val="28"/>
                <w:lang w:eastAsia="zh-TW"/>
              </w:rPr>
              <w:t>聯合、大金</w:t>
            </w:r>
          </w:p>
        </w:tc>
        <w:tc>
          <w:tcPr>
            <w:tcW w:w="2055" w:type="dxa"/>
            <w:vAlign w:val="center"/>
          </w:tcPr>
          <w:p w:rsidR="00F945B3" w:rsidRPr="00CF134B" w:rsidRDefault="007B1796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CF134B">
              <w:rPr>
                <w:sz w:val="28"/>
                <w:szCs w:val="28"/>
              </w:rPr>
              <w:t>3</w:t>
            </w:r>
          </w:p>
        </w:tc>
        <w:tc>
          <w:tcPr>
            <w:tcW w:w="2108" w:type="dxa"/>
            <w:vMerge/>
            <w:vAlign w:val="center"/>
          </w:tcPr>
          <w:p w:rsidR="00F945B3" w:rsidRPr="00E64A68" w:rsidRDefault="00F945B3">
            <w:pPr>
              <w:rPr>
                <w:sz w:val="24"/>
                <w:szCs w:val="24"/>
              </w:rPr>
            </w:pPr>
          </w:p>
        </w:tc>
      </w:tr>
      <w:tr w:rsidR="00F945B3" w:rsidRPr="00E64A68" w:rsidTr="00E64A68">
        <w:trPr>
          <w:trHeight w:val="520"/>
          <w:jc w:val="center"/>
        </w:trPr>
        <w:tc>
          <w:tcPr>
            <w:tcW w:w="7018" w:type="dxa"/>
            <w:gridSpan w:val="3"/>
            <w:shd w:val="clear" w:color="auto" w:fill="D9EAD3"/>
            <w:vAlign w:val="center"/>
          </w:tcPr>
          <w:p w:rsidR="00F945B3" w:rsidRPr="00CF134B" w:rsidRDefault="007B1796">
            <w:pPr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合計</w:t>
            </w:r>
          </w:p>
        </w:tc>
        <w:tc>
          <w:tcPr>
            <w:tcW w:w="2055" w:type="dxa"/>
            <w:shd w:val="clear" w:color="auto" w:fill="D9EAD3"/>
            <w:vAlign w:val="center"/>
          </w:tcPr>
          <w:p w:rsidR="00F945B3" w:rsidRPr="00CF134B" w:rsidRDefault="007B1796">
            <w:pPr>
              <w:jc w:val="center"/>
              <w:rPr>
                <w:sz w:val="28"/>
                <w:szCs w:val="28"/>
              </w:rPr>
            </w:pPr>
            <w:r w:rsidRPr="00CF134B"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2108" w:type="dxa"/>
            <w:shd w:val="clear" w:color="auto" w:fill="D9EAD3"/>
            <w:vAlign w:val="center"/>
          </w:tcPr>
          <w:p w:rsidR="00F945B3" w:rsidRPr="00E64A68" w:rsidRDefault="007B1796">
            <w:pPr>
              <w:jc w:val="center"/>
              <w:rPr>
                <w:b/>
                <w:sz w:val="24"/>
                <w:szCs w:val="24"/>
              </w:rPr>
            </w:pPr>
            <w:r w:rsidRPr="00E64A68">
              <w:rPr>
                <w:b/>
                <w:sz w:val="24"/>
                <w:szCs w:val="24"/>
              </w:rPr>
              <w:t xml:space="preserve">2 </w:t>
            </w:r>
            <w:r w:rsidR="004943CA" w:rsidRPr="00E64A68">
              <w:rPr>
                <w:b/>
                <w:sz w:val="24"/>
                <w:szCs w:val="24"/>
              </w:rPr>
              <w:t>位行政</w:t>
            </w:r>
            <w:r w:rsidRPr="00E64A68">
              <w:rPr>
                <w:b/>
                <w:sz w:val="24"/>
                <w:szCs w:val="24"/>
              </w:rPr>
              <w:t>講師</w:t>
            </w:r>
          </w:p>
        </w:tc>
      </w:tr>
    </w:tbl>
    <w:p w:rsidR="00F945B3" w:rsidRPr="00CF134B" w:rsidRDefault="00EE301A">
      <w:pPr>
        <w:spacing w:before="120" w:after="40"/>
        <w:jc w:val="center"/>
        <w:rPr>
          <w:sz w:val="28"/>
          <w:szCs w:val="28"/>
          <w:lang w:eastAsia="zh-TW"/>
        </w:rPr>
      </w:pPr>
      <w:r w:rsidRPr="00CF134B">
        <w:rPr>
          <w:rFonts w:hint="eastAsia"/>
          <w:b/>
          <w:sz w:val="28"/>
          <w:szCs w:val="28"/>
          <w:lang w:eastAsia="zh-TW"/>
        </w:rPr>
        <w:t>本區</w:t>
      </w:r>
      <w:r w:rsidR="007B1796" w:rsidRPr="00CF134B">
        <w:rPr>
          <w:b/>
          <w:sz w:val="28"/>
          <w:szCs w:val="28"/>
          <w:lang w:eastAsia="zh-TW"/>
        </w:rPr>
        <w:t xml:space="preserve">共 37 </w:t>
      </w:r>
      <w:proofErr w:type="gramStart"/>
      <w:r w:rsidR="007B1796" w:rsidRPr="00CF134B">
        <w:rPr>
          <w:b/>
          <w:sz w:val="28"/>
          <w:szCs w:val="28"/>
          <w:lang w:eastAsia="zh-TW"/>
        </w:rPr>
        <w:t>個</w:t>
      </w:r>
      <w:proofErr w:type="gramEnd"/>
      <w:r w:rsidR="007B1796" w:rsidRPr="00CF134B">
        <w:rPr>
          <w:b/>
          <w:sz w:val="28"/>
          <w:szCs w:val="28"/>
          <w:lang w:eastAsia="zh-TW"/>
        </w:rPr>
        <w:t xml:space="preserve">分會／12 位責任講師／2 </w:t>
      </w:r>
      <w:r w:rsidRPr="00CF134B">
        <w:rPr>
          <w:b/>
          <w:sz w:val="28"/>
          <w:szCs w:val="28"/>
          <w:lang w:eastAsia="zh-TW"/>
        </w:rPr>
        <w:t>位行政</w:t>
      </w:r>
      <w:r w:rsidR="007B1796" w:rsidRPr="00CF134B">
        <w:rPr>
          <w:b/>
          <w:sz w:val="28"/>
          <w:szCs w:val="28"/>
          <w:lang w:eastAsia="zh-TW"/>
        </w:rPr>
        <w:t>講師機動協作</w:t>
      </w:r>
    </w:p>
    <w:p w:rsidR="00F945B3" w:rsidRDefault="00A47692">
      <w:pPr>
        <w:spacing w:after="0"/>
        <w:jc w:val="center"/>
        <w:rPr>
          <w:lang w:eastAsia="zh-TW"/>
        </w:rPr>
      </w:pPr>
      <w:r w:rsidRPr="00CF134B">
        <w:rPr>
          <w:sz w:val="28"/>
          <w:szCs w:val="28"/>
          <w:lang w:eastAsia="zh-TW"/>
        </w:rPr>
        <w:t>行政</w:t>
      </w:r>
      <w:r w:rsidR="007B1796" w:rsidRPr="00CF134B">
        <w:rPr>
          <w:sz w:val="28"/>
          <w:szCs w:val="28"/>
          <w:lang w:eastAsia="zh-TW"/>
        </w:rPr>
        <w:t>講師依實際授課需求機動派任，協助引言、講師介紹、現場聯繫及課程支援。</w:t>
      </w:r>
    </w:p>
    <w:sectPr w:rsidR="00F945B3" w:rsidSect="00034616">
      <w:pgSz w:w="11906" w:h="16838"/>
      <w:pgMar w:top="652" w:right="595" w:bottom="595" w:left="5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43CA"/>
    <w:rsid w:val="004B7096"/>
    <w:rsid w:val="007B1796"/>
    <w:rsid w:val="00A47692"/>
    <w:rsid w:val="00AA1D8D"/>
    <w:rsid w:val="00B47730"/>
    <w:rsid w:val="00C42380"/>
    <w:rsid w:val="00C94539"/>
    <w:rsid w:val="00CB0664"/>
    <w:rsid w:val="00CF134B"/>
    <w:rsid w:val="00CF3EFA"/>
    <w:rsid w:val="00E64A68"/>
    <w:rsid w:val="00EE301A"/>
    <w:rsid w:val="00F945B3"/>
    <w:rsid w:val="00F97C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0FEC68-5CC0-4AEE-876B-09C94A5F8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12</cp:revision>
  <cp:lastPrinted>2026-08-18T09:57:00Z</cp:lastPrinted>
  <dcterms:created xsi:type="dcterms:W3CDTF">2026-08-16T08:40:00Z</dcterms:created>
  <dcterms:modified xsi:type="dcterms:W3CDTF">2026-08-19T02:51:00Z</dcterms:modified>
</cp:coreProperties>
</file>